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העיפרון – המצאה קטנה שכתבה את 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תהליך ייצור העיפרון ולתקן טעות נפוצה לגבי החומר שבתוכו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במספרים סודרים לתיאור רצף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ממשפחות השורשים מ־ח־ק ו־כ־ת־ב ולמיין מילים לחלקי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גרפיט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עם חימר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כדי שיהיו חזקים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מחק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כי בעבר חשבו בטעות שזה עופרת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בתוך העיפרון יש גרפיט, לא עופרת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אלה שימושים שהוזכרו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לא בכל עיפרון יש מחק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המילה 'מוחקים' שייכת למשפחת השורש מ־ח־ק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גרפיט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חימר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רביעי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מ־ח־ק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כ־ת־ב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(שם עצם)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פותחים את הקלמר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מחדדים את העיפרון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את השם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מציירים ציור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מניחים את מקלות הגרפיט בתוך חריצים בלוח עץ ומדביקים מעליהם לוח עץ נוסף, כך שהגרפיט סגור בתוך העץ.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לכתוב, לצייר, לחשב.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כותבים; ועוד: מכתב, כתיבה, כתובת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גרפיט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מ־ח־ק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החמישי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עיפרון חתוך לאורכו כדי להראות את הגרפיט ולוחות העץ לפני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שהתהליך המתואר הוא מפושט ולא בכל עיפרון יש מחק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משחק 'פס ייצור' עם כרטיסי שלבים יכול לשמש כהקדמה לפעילות הסידור בדף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העיפרון – המצאה קטנה שכתבה את 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העיפרון: ממה הוא עשוי ואיך מכינים אותו. נתרגל מספרים כמו ראשון, שני, שלישי. נלמד גם מילים חדשות.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גרפיט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החומר השחור שכותב בתוך העיפרון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חימר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חומר רך מהאדמה שמערבבים עם הגרפיט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סודר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שמראה סדר, כמו ראשון, שני, שלישי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משותפות למילים מאותה 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משפחת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שיש להן אותו שורש ומשמעות קרובה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דבר, אדם או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פעולה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איך משהו נראה או מרגיש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כותב בתוך העיפרון?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עופרת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גרפיט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זכוכית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מערבבים עם הגרפיט בהתחלה?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עם חימר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עם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שמים את המקלות בתנור?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שיהיו 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שיהיו חזקים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שיהיו צבעוניים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שיהיו קרים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מוסיפים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מחק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יש בטעות את השם 'עופרת'?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זה שם מצחיק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בעבר חשבו בטעות שזה עופרת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העיפרון כבד כמו עופרת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זו המצאה חדשה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בתוך העיפרון יש באמת מתכת בשם עופרת.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השלישי מניחים את מקלות הגרפיט בתוך חריצים בלוח עץ.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לכתוב, לצייר ולחשב בעזרת עיפרון.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עיפרון יש מחק.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'מוחקים' שייכת למשפחת השורש כ־ת־ב.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בתוך העיפרון יש חומר שחור שנקרא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בשלב הראשון מערבבים את הגרפיט עם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מה שבא אחרי השלב השלישי נקרא השלב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המילים מחק, מוחקים ולמחוק שייכות למשפחת השורש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המילה 'כותבים' שייכת למשפחת השורש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עיפרון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מציירים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שחור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חותכים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קלמר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פועל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מציירים ציור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את השם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פותחים את הקלמר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מחדדים את העיפרון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במילים שלכם מה קורה בשלב השלישי של הכנת העיפרון.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שלושה דברים שאפשר לעשות בעזרת עיפרון, לפי הטקסט.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מצאו בטקסט מילה ממשפחת כ־ת־ב, וכתבו עוד שתי מילים מאותה משפחה.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החומר השחור שבתוך העיפרון?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השורש המשותף למילים מחק, מוחקים, למחוק?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מילה מתארת את השלב שאחרי השלב הרביעי?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העיפרון – המצאה קטנה שכתבה את העולם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