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העיפרון – המצאה קטנה שכתבה את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ייצור העיפרון ולתקן טעות נפוצה לגבי החומר שבתוכו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במספרים סודרים לתיאור רצף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ממשפחות השורשים מ־ח־ק ו־כ־ת־ב ולמיין מילים לחלקי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גרפיט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עם חימר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בתוך העיפרון יש גרפיט, לא עופרת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את הקלמר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מחדדים את העיפרון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מניחים את מקלות הגרפיט בתוך חריצים בלוח עץ ומדביקים מעליהם לוח עץ נוסף, כך שהגרפיט סגור בתוך העץ.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לכתוב, לצייר, לחשב.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גרפיט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מ־ח־ק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החמישי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עיפרון חתוך לאורכו כדי להראות את הגרפיט ולוחות העץ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שהתהליך המתואר הוא מפושט ולא בכל עיפרון יש מחק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'פס ייצור' עם כרטיסי שלבים יכול לשמש כהקדמה לפעילות הסידור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העיפרון – המצאה קטנה שכתבה את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איך מכינים עיפרון, נתקן טעות נפוצה לגבי מה שיש בתוכו, ונתרגל מספרים סודרים ומשפחות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חימר  ·  גרפיט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בתוך העיפרון?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גרפיט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מה מערבבים את הגרפיט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חימר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בתוך העיפרון יש באמת מתכת בשם עופרת.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השלישי מניחים את מקלות הגרפיט בתוך חריצים בלוח 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בתוך העיפרון יש חומר שחור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הראשון מערבבים את הגרפיט עם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מציירים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מחדדים את העיפרון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פותחים את הקלמר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במילים שלכם מה קורה בשלב השלישי של הכנת העיפרון.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שלושה דברים שאפשר לעשות בעזרת עיפרון, לפי 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החומר השחור שבתוך העיפרון?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המשותף למילים מחק, מוחקים, למחוק?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העיפרון – המצאה קטנה שכתבה את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